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276"/>
        <w:gridCol w:w="13412"/>
      </w:tblGrid>
      <w:tr w:rsidR="009E553F" w14:paraId="2E6C8DFB" w14:textId="77777777" w:rsidTr="00FE3596">
        <w:trPr>
          <w:cantSplit/>
          <w:trHeight w:val="1181"/>
        </w:trPr>
        <w:tc>
          <w:tcPr>
            <w:tcW w:w="1276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3D579" w14:textId="77777777" w:rsidR="009E553F" w:rsidRDefault="004240C2">
            <w:pPr>
              <w:spacing w:after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789D914" wp14:editId="2EC6DB4D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-110490</wp:posOffset>
                  </wp:positionV>
                  <wp:extent cx="584835" cy="784860"/>
                  <wp:effectExtent l="0" t="0" r="5715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eopold Primary School Logo White background(1)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835" cy="784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341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180FC" w14:textId="5F4812F6" w:rsidR="009E553F" w:rsidRDefault="00FE3596">
            <w:pPr>
              <w:spacing w:after="0"/>
            </w:pPr>
            <w:r>
              <w:rPr>
                <w:b/>
                <w:color w:val="000000"/>
                <w:sz w:val="44"/>
              </w:rPr>
              <w:t>Autumn</w:t>
            </w:r>
            <w:r w:rsidR="004240C2">
              <w:rPr>
                <w:b/>
                <w:color w:val="000000"/>
                <w:sz w:val="44"/>
              </w:rPr>
              <w:t xml:space="preserve"> Menu 2026</w:t>
            </w:r>
          </w:p>
          <w:p w14:paraId="506E3177" w14:textId="77777777" w:rsidR="009E553F" w:rsidRDefault="004240C2">
            <w:pPr>
              <w:spacing w:before="20" w:after="0"/>
            </w:pPr>
            <w:r>
              <w:rPr>
                <w:b/>
                <w:color w:val="6B4393"/>
                <w:sz w:val="26"/>
              </w:rPr>
              <w:t>WEEK ONE</w:t>
            </w:r>
          </w:p>
        </w:tc>
      </w:tr>
    </w:tbl>
    <w:p w14:paraId="158F914E" w14:textId="77777777" w:rsidR="009E553F" w:rsidRDefault="004240C2">
      <w:pPr>
        <w:spacing w:after="100"/>
        <w:jc w:val="center"/>
      </w:pPr>
      <w:r>
        <w:rPr>
          <w:color w:val="282332"/>
          <w:sz w:val="19"/>
        </w:rPr>
        <w:t>Fresh, balanced lunches served throughout the school week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  <w:gridCol w:w="2448"/>
        <w:gridCol w:w="2448"/>
      </w:tblGrid>
      <w:tr w:rsidR="009E553F" w14:paraId="37F090EE" w14:textId="77777777">
        <w:trPr>
          <w:cantSplit/>
          <w:trHeight w:val="691"/>
        </w:trPr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6B4393"/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3FC61CE0" w14:textId="77777777" w:rsidR="009E553F" w:rsidRDefault="004240C2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MENU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D94836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E4E986A" w14:textId="77777777" w:rsidR="009E553F" w:rsidRDefault="004240C2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20"/>
              </w:rPr>
              <w:t>MONDAY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92B64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839E896" w14:textId="77777777" w:rsidR="009E553F" w:rsidRDefault="004240C2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20"/>
              </w:rPr>
              <w:t>TUESDAY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1C9FC3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09C8050" w14:textId="77777777" w:rsidR="009E553F" w:rsidRDefault="004240C2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18"/>
              </w:rPr>
              <w:t>WING</w:t>
            </w:r>
            <w:r>
              <w:rPr>
                <w:b/>
                <w:color w:val="FFFFFF"/>
                <w:sz w:val="18"/>
              </w:rPr>
              <w:br/>
              <w:t>WEDNESDAY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D45F91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EF32AEC" w14:textId="77777777" w:rsidR="009E553F" w:rsidRDefault="004240C2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20"/>
              </w:rPr>
              <w:t>THURSDAY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EAAA0B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1C25982" w14:textId="77777777" w:rsidR="009E553F" w:rsidRDefault="004240C2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20"/>
              </w:rPr>
              <w:t>FRIDAY</w:t>
            </w:r>
          </w:p>
        </w:tc>
      </w:tr>
      <w:tr w:rsidR="009E553F" w14:paraId="7BD1618D" w14:textId="77777777">
        <w:trPr>
          <w:cantSplit/>
          <w:trHeight w:val="907"/>
        </w:trPr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EEE8F4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2F4BB3D" w14:textId="77777777" w:rsidR="009E553F" w:rsidRDefault="004240C2">
            <w:pPr>
              <w:spacing w:after="0"/>
              <w:jc w:val="center"/>
            </w:pPr>
            <w:r>
              <w:rPr>
                <w:b/>
                <w:color w:val="6B4393"/>
                <w:sz w:val="17"/>
              </w:rPr>
              <w:t>MAIN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1BFDAF2" w14:textId="77777777" w:rsidR="009E553F" w:rsidRDefault="004240C2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8"/>
              </w:rPr>
              <w:t>Fish fingers</w:t>
            </w:r>
            <w:r>
              <w:br/>
            </w:r>
            <w:r>
              <w:rPr>
                <w:b/>
                <w:color w:val="D94836"/>
                <w:sz w:val="16"/>
              </w:rPr>
              <w:t>(Gluten, Fish)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83F29D7" w14:textId="77777777" w:rsidR="009E553F" w:rsidRDefault="004240C2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8"/>
              </w:rPr>
              <w:t>Chicken pie with gravy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A34F23A" w14:textId="77777777" w:rsidR="009E553F" w:rsidRDefault="004240C2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8"/>
              </w:rPr>
              <w:t>Peri peri wings</w:t>
            </w:r>
            <w:r>
              <w:br/>
            </w:r>
            <w:r>
              <w:rPr>
                <w:b/>
                <w:color w:val="1C9FC3"/>
                <w:sz w:val="16"/>
              </w:rPr>
              <w:t>(Gluten)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C3D5BBC" w14:textId="77777777" w:rsidR="009E553F" w:rsidRDefault="004240C2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8"/>
              </w:rPr>
              <w:t xml:space="preserve">Lamb mince pasta </w:t>
            </w:r>
            <w:r>
              <w:rPr>
                <w:b/>
                <w:color w:val="282332"/>
                <w:sz w:val="18"/>
              </w:rPr>
              <w:t>medley</w:t>
            </w:r>
            <w:r>
              <w:br/>
            </w:r>
            <w:r>
              <w:rPr>
                <w:b/>
                <w:color w:val="D45F91"/>
                <w:sz w:val="16"/>
              </w:rPr>
              <w:t>(Gluten)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8F50BC5" w14:textId="77777777" w:rsidR="009E553F" w:rsidRDefault="004240C2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8"/>
              </w:rPr>
              <w:t>Beef burger</w:t>
            </w:r>
            <w:r>
              <w:br/>
            </w:r>
            <w:r>
              <w:rPr>
                <w:b/>
                <w:color w:val="EAAA0B"/>
                <w:sz w:val="16"/>
              </w:rPr>
              <w:t>(Gluten, Soya)</w:t>
            </w:r>
          </w:p>
        </w:tc>
      </w:tr>
      <w:tr w:rsidR="009E553F" w14:paraId="4AD162B5" w14:textId="77777777">
        <w:trPr>
          <w:cantSplit/>
          <w:trHeight w:val="907"/>
        </w:trPr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EEE8F4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A984806" w14:textId="77777777" w:rsidR="009E553F" w:rsidRDefault="004240C2">
            <w:pPr>
              <w:spacing w:after="0"/>
              <w:jc w:val="center"/>
            </w:pPr>
            <w:r>
              <w:rPr>
                <w:b/>
                <w:color w:val="6B4393"/>
                <w:sz w:val="17"/>
              </w:rPr>
              <w:t>VEGETARIAN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F0FD3F0" w14:textId="77777777" w:rsidR="009E553F" w:rsidRDefault="004240C2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8"/>
              </w:rPr>
              <w:t>Veggie sausage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D427C27" w14:textId="77777777" w:rsidR="009E553F" w:rsidRDefault="004240C2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8"/>
              </w:rPr>
              <w:t>Cauliflower and broccoli bake</w:t>
            </w:r>
            <w:r>
              <w:br/>
            </w:r>
            <w:r>
              <w:rPr>
                <w:b/>
                <w:color w:val="92B64F"/>
                <w:sz w:val="16"/>
              </w:rPr>
              <w:t>(Milk)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AA18F1A" w14:textId="77777777" w:rsidR="009E553F" w:rsidRDefault="004240C2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8"/>
              </w:rPr>
              <w:t>Brown stew Quorn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2FBB55C" w14:textId="77777777" w:rsidR="009E553F" w:rsidRDefault="004240C2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8"/>
              </w:rPr>
              <w:t>Cajun pasta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D6946E3" w14:textId="77777777" w:rsidR="009E553F" w:rsidRDefault="004240C2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8"/>
              </w:rPr>
              <w:t>Cheese and onion pie</w:t>
            </w:r>
            <w:r>
              <w:br/>
            </w:r>
            <w:r>
              <w:rPr>
                <w:b/>
                <w:color w:val="EAAA0B"/>
                <w:sz w:val="16"/>
              </w:rPr>
              <w:t>(Gluten, Milk)</w:t>
            </w:r>
          </w:p>
        </w:tc>
      </w:tr>
      <w:tr w:rsidR="009E553F" w14:paraId="5A1FFA1F" w14:textId="77777777">
        <w:trPr>
          <w:cantSplit/>
          <w:trHeight w:val="907"/>
        </w:trPr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EEE8F4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DC4977D" w14:textId="77777777" w:rsidR="009E553F" w:rsidRDefault="004240C2">
            <w:pPr>
              <w:spacing w:after="0"/>
              <w:jc w:val="center"/>
            </w:pPr>
            <w:r>
              <w:rPr>
                <w:b/>
                <w:color w:val="6B4393"/>
                <w:sz w:val="17"/>
              </w:rPr>
              <w:t>SIDE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9F4792A" w14:textId="77777777" w:rsidR="009E553F" w:rsidRDefault="004240C2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8"/>
              </w:rPr>
              <w:t>Mashed potato and beans</w:t>
            </w:r>
            <w:r>
              <w:br/>
            </w:r>
            <w:r>
              <w:rPr>
                <w:b/>
                <w:color w:val="D94836"/>
                <w:sz w:val="16"/>
              </w:rPr>
              <w:t>(Milk)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2D92989" w14:textId="77777777" w:rsidR="009E553F" w:rsidRDefault="004240C2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8"/>
              </w:rPr>
              <w:t>New potatoes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01B281D" w14:textId="77777777" w:rsidR="009E553F" w:rsidRDefault="004240C2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8"/>
              </w:rPr>
              <w:t>Tex Mex rice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CDEB4FB" w14:textId="77777777" w:rsidR="009E553F" w:rsidRDefault="004240C2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8"/>
              </w:rPr>
              <w:t xml:space="preserve">Freshly baked </w:t>
            </w:r>
            <w:r>
              <w:rPr>
                <w:b/>
                <w:color w:val="282332"/>
                <w:sz w:val="18"/>
              </w:rPr>
              <w:t>bread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6D1CFDC" w14:textId="77777777" w:rsidR="009E553F" w:rsidRDefault="004240C2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8"/>
              </w:rPr>
              <w:t>Chips</w:t>
            </w:r>
          </w:p>
        </w:tc>
      </w:tr>
      <w:tr w:rsidR="009E553F" w14:paraId="206F73BB" w14:textId="77777777">
        <w:trPr>
          <w:cantSplit/>
          <w:trHeight w:val="907"/>
        </w:trPr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EEE8F4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7CB50E1" w14:textId="77777777" w:rsidR="009E553F" w:rsidRDefault="004240C2">
            <w:pPr>
              <w:spacing w:after="0"/>
              <w:jc w:val="center"/>
            </w:pPr>
            <w:r>
              <w:rPr>
                <w:b/>
                <w:color w:val="6B4393"/>
                <w:sz w:val="17"/>
              </w:rPr>
              <w:t>VEGETABLE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DEA8481" w14:textId="77777777" w:rsidR="009E553F" w:rsidRDefault="004240C2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8"/>
              </w:rPr>
              <w:t>Sweetcorn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8EA2E9D" w14:textId="77777777" w:rsidR="009E553F" w:rsidRDefault="004240C2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8"/>
              </w:rPr>
              <w:t>Broccoli florets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B0B30A7" w14:textId="77777777" w:rsidR="009E553F" w:rsidRDefault="004240C2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8"/>
              </w:rPr>
              <w:t>Roasted glazed carrots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756348F" w14:textId="77777777" w:rsidR="009E553F" w:rsidRDefault="004240C2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8"/>
              </w:rPr>
              <w:t>Green beans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12B2D22" w14:textId="77777777" w:rsidR="009E553F" w:rsidRDefault="004240C2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8"/>
              </w:rPr>
              <w:t>Green peas</w:t>
            </w:r>
          </w:p>
        </w:tc>
      </w:tr>
      <w:tr w:rsidR="009E553F" w14:paraId="7A2A756E" w14:textId="77777777">
        <w:trPr>
          <w:cantSplit/>
          <w:trHeight w:val="907"/>
        </w:trPr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EEE8F4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EB78281" w14:textId="77777777" w:rsidR="009E553F" w:rsidRDefault="004240C2">
            <w:pPr>
              <w:spacing w:after="0"/>
              <w:jc w:val="center"/>
            </w:pPr>
            <w:r>
              <w:rPr>
                <w:b/>
                <w:color w:val="6B4393"/>
                <w:sz w:val="17"/>
              </w:rPr>
              <w:t>DESSERT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1168A33" w14:textId="77777777" w:rsidR="009E553F" w:rsidRDefault="004240C2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8"/>
              </w:rPr>
              <w:t>Fruit crumble</w:t>
            </w:r>
            <w:r>
              <w:br/>
            </w:r>
            <w:r>
              <w:rPr>
                <w:b/>
                <w:color w:val="D94836"/>
                <w:sz w:val="16"/>
              </w:rPr>
              <w:t>(Milk)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8C07968" w14:textId="77777777" w:rsidR="009E553F" w:rsidRDefault="004240C2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8"/>
              </w:rPr>
              <w:t>Rice pudding</w:t>
            </w:r>
            <w:r>
              <w:br/>
            </w:r>
            <w:r>
              <w:rPr>
                <w:b/>
                <w:color w:val="92B64F"/>
                <w:sz w:val="16"/>
              </w:rPr>
              <w:t>(Milk)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AFE4B11" w14:textId="77777777" w:rsidR="009E553F" w:rsidRDefault="004240C2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8"/>
              </w:rPr>
              <w:t>Cookies</w:t>
            </w:r>
            <w:r>
              <w:br/>
            </w:r>
            <w:r>
              <w:rPr>
                <w:b/>
                <w:color w:val="1C9FC3"/>
                <w:sz w:val="16"/>
              </w:rPr>
              <w:t>(Gluten, Milk, Soya, Egg)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892C58A" w14:textId="77777777" w:rsidR="009E553F" w:rsidRDefault="004240C2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8"/>
              </w:rPr>
              <w:t>Yoghurt</w:t>
            </w:r>
            <w:r>
              <w:br/>
            </w:r>
            <w:r>
              <w:rPr>
                <w:b/>
                <w:color w:val="D45F91"/>
                <w:sz w:val="16"/>
              </w:rPr>
              <w:t>(Milk)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1B0E414" w14:textId="77777777" w:rsidR="009E553F" w:rsidRDefault="004240C2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8"/>
              </w:rPr>
              <w:t>Cake and custard</w:t>
            </w:r>
            <w:r>
              <w:br/>
            </w:r>
            <w:r>
              <w:rPr>
                <w:b/>
                <w:color w:val="EAAA0B"/>
                <w:sz w:val="16"/>
              </w:rPr>
              <w:t>(Egg, Milk)</w:t>
            </w:r>
          </w:p>
        </w:tc>
      </w:tr>
    </w:tbl>
    <w:p w14:paraId="49E7F692" w14:textId="77777777" w:rsidR="009E553F" w:rsidRDefault="004240C2">
      <w:pPr>
        <w:spacing w:after="0" w:line="120" w:lineRule="auto"/>
      </w:pPr>
      <w:r>
        <w:rPr>
          <w:sz w:val="6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56"/>
        <w:gridCol w:w="4680"/>
        <w:gridCol w:w="4680"/>
      </w:tblGrid>
      <w:tr w:rsidR="009E553F" w14:paraId="1FE33651" w14:textId="77777777">
        <w:trPr>
          <w:cantSplit/>
          <w:trHeight w:val="936"/>
        </w:trPr>
        <w:tc>
          <w:tcPr>
            <w:tcW w:w="5256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EEE8F4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2EB2850" w14:textId="77777777" w:rsidR="009E553F" w:rsidRDefault="004240C2">
            <w:pPr>
              <w:spacing w:after="40"/>
            </w:pPr>
            <w:r>
              <w:rPr>
                <w:b/>
                <w:color w:val="6B4393"/>
                <w:sz w:val="17"/>
              </w:rPr>
              <w:t>AVAILABLE EVERY DAY</w:t>
            </w:r>
          </w:p>
          <w:p w14:paraId="727666C4" w14:textId="77777777" w:rsidR="009E553F" w:rsidRDefault="004240C2">
            <w:pPr>
              <w:spacing w:after="0" w:line="240" w:lineRule="auto"/>
            </w:pPr>
            <w:r>
              <w:rPr>
                <w:color w:val="282332"/>
                <w:sz w:val="16"/>
              </w:rPr>
              <w:t>Freshly prepared salad  •  Chilled water  •  Fresh fruit</w:t>
            </w:r>
          </w:p>
        </w:tc>
        <w:tc>
          <w:tcPr>
            <w:tcW w:w="4680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E7F5F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3516803" w14:textId="77777777" w:rsidR="009E553F" w:rsidRDefault="004240C2">
            <w:pPr>
              <w:spacing w:after="40"/>
            </w:pPr>
            <w:r>
              <w:rPr>
                <w:b/>
                <w:color w:val="167F98"/>
                <w:sz w:val="17"/>
              </w:rPr>
              <w:t>GOOD TO KNOW</w:t>
            </w:r>
          </w:p>
          <w:p w14:paraId="251009D7" w14:textId="77777777" w:rsidR="009E553F" w:rsidRDefault="004240C2">
            <w:pPr>
              <w:spacing w:after="0" w:line="240" w:lineRule="auto"/>
            </w:pPr>
            <w:r>
              <w:rPr>
                <w:color w:val="282332"/>
                <w:sz w:val="16"/>
              </w:rPr>
              <w:t>All meat and poultry is halal. Sandwiches are available daily on request.</w:t>
            </w:r>
          </w:p>
        </w:tc>
        <w:tc>
          <w:tcPr>
            <w:tcW w:w="4680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4D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3565345" w14:textId="77777777" w:rsidR="009E553F" w:rsidRDefault="004240C2">
            <w:pPr>
              <w:spacing w:after="40"/>
            </w:pPr>
            <w:r>
              <w:rPr>
                <w:b/>
                <w:color w:val="6B4393"/>
                <w:sz w:val="17"/>
              </w:rPr>
              <w:t>ALLERGY INFORMATION</w:t>
            </w:r>
          </w:p>
          <w:p w14:paraId="51C579EC" w14:textId="77777777" w:rsidR="009E553F" w:rsidRDefault="004240C2">
            <w:pPr>
              <w:spacing w:after="0" w:line="240" w:lineRule="auto"/>
            </w:pPr>
            <w:r>
              <w:rPr>
                <w:color w:val="282332"/>
                <w:sz w:val="16"/>
              </w:rPr>
              <w:t>Allergens are shown in bold brackets. Please tell the school about any allergy or dietary requirement.</w:t>
            </w:r>
          </w:p>
        </w:tc>
      </w:tr>
    </w:tbl>
    <w:p w14:paraId="6AA78442" w14:textId="77777777" w:rsidR="004240C2" w:rsidRDefault="004240C2"/>
    <w:sectPr w:rsidR="00000000" w:rsidSect="00034616">
      <w:footerReference w:type="default" r:id="rId9"/>
      <w:pgSz w:w="15840" w:h="12240" w:orient="landscape"/>
      <w:pgMar w:top="432" w:right="576" w:bottom="432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13641" w14:textId="77777777" w:rsidR="004240C2" w:rsidRDefault="004240C2">
      <w:pPr>
        <w:spacing w:after="0" w:line="240" w:lineRule="auto"/>
      </w:pPr>
      <w:r>
        <w:separator/>
      </w:r>
    </w:p>
  </w:endnote>
  <w:endnote w:type="continuationSeparator" w:id="0">
    <w:p w14:paraId="7D8FC8EA" w14:textId="77777777" w:rsidR="004240C2" w:rsidRDefault="00424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4D5DA" w14:textId="77777777" w:rsidR="009E553F" w:rsidRDefault="004240C2">
    <w:pPr>
      <w:pStyle w:val="Footer"/>
      <w:spacing w:after="20"/>
      <w:jc w:val="center"/>
    </w:pPr>
    <w:r>
      <w:rPr>
        <w:color w:val="514B58"/>
        <w:sz w:val="15"/>
      </w:rPr>
      <w:t xml:space="preserve">The menu may change depending on deliveries.   •   </w:t>
    </w:r>
    <w:r>
      <w:rPr>
        <w:b/>
        <w:color w:val="6B4393"/>
        <w:sz w:val="17"/>
      </w:rPr>
      <w:t>Growing minds. Igniting dreams. Empowering futures.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026EF" w14:textId="77777777" w:rsidR="004240C2" w:rsidRDefault="004240C2">
      <w:pPr>
        <w:spacing w:after="0" w:line="240" w:lineRule="auto"/>
      </w:pPr>
      <w:r>
        <w:separator/>
      </w:r>
    </w:p>
  </w:footnote>
  <w:footnote w:type="continuationSeparator" w:id="0">
    <w:p w14:paraId="04CA0279" w14:textId="77777777" w:rsidR="004240C2" w:rsidRDefault="004240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7929736">
    <w:abstractNumId w:val="8"/>
  </w:num>
  <w:num w:numId="2" w16cid:durableId="199827624">
    <w:abstractNumId w:val="6"/>
  </w:num>
  <w:num w:numId="3" w16cid:durableId="5325327">
    <w:abstractNumId w:val="5"/>
  </w:num>
  <w:num w:numId="4" w16cid:durableId="1740593215">
    <w:abstractNumId w:val="4"/>
  </w:num>
  <w:num w:numId="5" w16cid:durableId="723873152">
    <w:abstractNumId w:val="7"/>
  </w:num>
  <w:num w:numId="6" w16cid:durableId="782655007">
    <w:abstractNumId w:val="3"/>
  </w:num>
  <w:num w:numId="7" w16cid:durableId="1269654352">
    <w:abstractNumId w:val="2"/>
  </w:num>
  <w:num w:numId="8" w16cid:durableId="3821691">
    <w:abstractNumId w:val="1"/>
  </w:num>
  <w:num w:numId="9" w16cid:durableId="1495686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240C2"/>
    <w:rsid w:val="008C5765"/>
    <w:rsid w:val="009E553F"/>
    <w:rsid w:val="00AA1D8D"/>
    <w:rsid w:val="00B47730"/>
    <w:rsid w:val="00CB0664"/>
    <w:rsid w:val="00FC693F"/>
    <w:rsid w:val="00FE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B274AC"/>
  <w14:defaultImageDpi w14:val="300"/>
  <w15:docId w15:val="{ED17EAE7-FB34-41F2-9AF2-96A559903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entury Gothic" w:hAnsi="Century Gothic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Leopold Primary School Spring and Summer Menu 2026 Week One</vt:lpstr>
    </vt:vector>
  </TitlesOfParts>
  <Manager/>
  <Company/>
  <LinksUpToDate>false</LinksUpToDate>
  <CharactersWithSpaces>1001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Leopold Primary School Spring and Summer Menu 2026 Week One</dc:title>
  <dc:subject>Landscape school lunch menu with allergen information</dc:subject>
  <dc:creator>Leopold Primary School</dc:creator>
  <cp:keywords/>
  <dc:description>generated by python-docx</dc:description>
  <cp:lastModifiedBy>Theresa Landreth</cp:lastModifiedBy>
  <cp:revision>2</cp:revision>
  <dcterms:created xsi:type="dcterms:W3CDTF">2026-09-20T12:56:00Z</dcterms:created>
  <dcterms:modified xsi:type="dcterms:W3CDTF">2026-09-20T12:56:00Z</dcterms:modified>
  <cp:category/>
</cp:coreProperties>
</file>