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12420"/>
      </w:tblGrid>
      <w:tr w:rsidR="00D16AC5" w14:paraId="45F28EEF" w14:textId="77777777" w:rsidTr="00114A51">
        <w:trPr>
          <w:cantSplit/>
          <w:trHeight w:val="1181"/>
        </w:trPr>
        <w:tc>
          <w:tcPr>
            <w:tcW w:w="226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39379" w14:textId="77777777" w:rsidR="00D16AC5" w:rsidRDefault="00114A51">
            <w:pPr>
              <w:spacing w:after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5D8A1A7" wp14:editId="4D5ADA06">
                  <wp:simplePos x="0" y="0"/>
                  <wp:positionH relativeFrom="column">
                    <wp:posOffset>-140970</wp:posOffset>
                  </wp:positionH>
                  <wp:positionV relativeFrom="paragraph">
                    <wp:posOffset>-11430</wp:posOffset>
                  </wp:positionV>
                  <wp:extent cx="584835" cy="784860"/>
                  <wp:effectExtent l="0" t="0" r="571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opold Primary School Logo White background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D41FA" w14:textId="7E581DC8" w:rsidR="00D16AC5" w:rsidRDefault="00114A51">
            <w:pPr>
              <w:spacing w:after="0"/>
            </w:pPr>
            <w:r>
              <w:rPr>
                <w:b/>
                <w:color w:val="000000"/>
                <w:sz w:val="44"/>
              </w:rPr>
              <w:t>Autumn</w:t>
            </w:r>
            <w:r>
              <w:rPr>
                <w:b/>
                <w:color w:val="000000"/>
                <w:sz w:val="44"/>
              </w:rPr>
              <w:t xml:space="preserve"> Menu 2026</w:t>
            </w:r>
          </w:p>
          <w:p w14:paraId="4E58F66D" w14:textId="77777777" w:rsidR="00D16AC5" w:rsidRDefault="00114A51">
            <w:pPr>
              <w:spacing w:before="20" w:after="0"/>
            </w:pPr>
            <w:r>
              <w:rPr>
                <w:b/>
                <w:color w:val="6B4393"/>
                <w:sz w:val="26"/>
              </w:rPr>
              <w:t>WEEK TWO</w:t>
            </w:r>
          </w:p>
        </w:tc>
      </w:tr>
    </w:tbl>
    <w:p w14:paraId="056250C7" w14:textId="77777777" w:rsidR="00D16AC5" w:rsidRDefault="00114A51">
      <w:pPr>
        <w:spacing w:after="100"/>
        <w:jc w:val="center"/>
      </w:pPr>
      <w:r>
        <w:rPr>
          <w:color w:val="282332"/>
          <w:sz w:val="19"/>
        </w:rPr>
        <w:t>Fresh, balanced lunches served throughout the school week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  <w:gridCol w:w="2448"/>
        <w:gridCol w:w="2448"/>
      </w:tblGrid>
      <w:tr w:rsidR="00D16AC5" w14:paraId="36210BC4" w14:textId="77777777">
        <w:trPr>
          <w:cantSplit/>
          <w:trHeight w:val="691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6B439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C18FA0" w14:textId="77777777" w:rsidR="00D16AC5" w:rsidRDefault="00114A51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MENU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D9483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FC2D8" w14:textId="77777777" w:rsidR="00D16AC5" w:rsidRDefault="00114A5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MONDAY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92B64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2AA84" w14:textId="77777777" w:rsidR="00D16AC5" w:rsidRDefault="00114A5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TUESDAY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1C9FC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E45FD1" w14:textId="77777777" w:rsidR="00D16AC5" w:rsidRDefault="00114A5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8"/>
              </w:rPr>
              <w:t>WING</w:t>
            </w:r>
            <w:r>
              <w:rPr>
                <w:b/>
                <w:color w:val="FFFFFF"/>
                <w:sz w:val="18"/>
              </w:rPr>
              <w:br/>
              <w:t>WEDNESDAY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D45F91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3CDB45" w14:textId="77777777" w:rsidR="00D16AC5" w:rsidRDefault="00114A5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THURSDAY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AAA0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4DA21" w14:textId="77777777" w:rsidR="00D16AC5" w:rsidRDefault="00114A5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FRIDAY</w:t>
            </w:r>
          </w:p>
        </w:tc>
      </w:tr>
      <w:tr w:rsidR="00D16AC5" w14:paraId="5B74AF84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CD27B6" w14:textId="77777777" w:rsidR="00D16AC5" w:rsidRDefault="00114A51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MAIN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92BDC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Vegetable-packed tomato sauce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948059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Chicken korma</w:t>
            </w:r>
            <w:r>
              <w:br/>
            </w:r>
            <w:r>
              <w:rPr>
                <w:b/>
                <w:color w:val="92B64F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0C9F9C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Roast chicken dinner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54163D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Shepherd's pie</w:t>
            </w:r>
            <w:r>
              <w:br/>
            </w:r>
            <w:r>
              <w:rPr>
                <w:b/>
                <w:color w:val="D45F91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E5F1A9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Battered fish</w:t>
            </w:r>
            <w:r>
              <w:br/>
            </w:r>
            <w:r>
              <w:rPr>
                <w:b/>
                <w:color w:val="EAAA0B"/>
                <w:sz w:val="16"/>
              </w:rPr>
              <w:t>(Gluten, Fish)</w:t>
            </w:r>
          </w:p>
        </w:tc>
      </w:tr>
      <w:tr w:rsidR="00D16AC5" w14:paraId="2C3A6053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7E53F7" w14:textId="77777777" w:rsidR="00D16AC5" w:rsidRDefault="00114A51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VEGETARIAN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7EB9E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Jacket potato with fillings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6F1C7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Vegan Bolognese</w:t>
            </w:r>
            <w:r>
              <w:br/>
            </w:r>
            <w:r>
              <w:rPr>
                <w:b/>
                <w:color w:val="92B64F"/>
                <w:sz w:val="16"/>
              </w:rPr>
              <w:t>(Soya)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62FEB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Quiche</w:t>
            </w:r>
            <w:r>
              <w:br/>
            </w:r>
            <w:r>
              <w:rPr>
                <w:b/>
                <w:color w:val="1C9FC3"/>
                <w:sz w:val="16"/>
              </w:rPr>
              <w:t>(Gluten, Milk, Egg)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D90EEF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Quorn breaded escalope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EA205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Sausage roll</w:t>
            </w:r>
            <w:r>
              <w:br/>
            </w:r>
            <w:r>
              <w:rPr>
                <w:b/>
                <w:color w:val="EAAA0B"/>
                <w:sz w:val="16"/>
              </w:rPr>
              <w:t>(Gluten, Soya)</w:t>
            </w:r>
          </w:p>
        </w:tc>
      </w:tr>
      <w:tr w:rsidR="00D16AC5" w14:paraId="1AA03C07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E2711" w14:textId="77777777" w:rsidR="00D16AC5" w:rsidRDefault="00114A51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SIDE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7DABFE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Pasta, garlic bread and baked beans</w:t>
            </w:r>
            <w:r>
              <w:br/>
            </w:r>
            <w:r>
              <w:rPr>
                <w:b/>
                <w:color w:val="D94836"/>
                <w:sz w:val="16"/>
              </w:rPr>
              <w:t>(Gluten)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3BE991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Rice and spaghetti</w:t>
            </w:r>
            <w:r>
              <w:br/>
            </w:r>
            <w:r>
              <w:rPr>
                <w:b/>
                <w:color w:val="92B64F"/>
                <w:sz w:val="16"/>
              </w:rPr>
              <w:t>(Gluten)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C45A8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Roast potato and Yorkshire pudding</w:t>
            </w:r>
            <w:r>
              <w:br/>
            </w:r>
            <w:r>
              <w:rPr>
                <w:b/>
                <w:color w:val="1C9FC3"/>
                <w:sz w:val="16"/>
              </w:rPr>
              <w:t>(Milk, Gluten, Egg)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88F9AE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Mashed potato and gravy</w:t>
            </w:r>
            <w:r>
              <w:br/>
            </w:r>
            <w:r>
              <w:rPr>
                <w:b/>
                <w:color w:val="D45F91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F2BCD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Chips</w:t>
            </w:r>
          </w:p>
        </w:tc>
      </w:tr>
      <w:tr w:rsidR="00D16AC5" w14:paraId="6159D140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BA93E" w14:textId="77777777" w:rsidR="00D16AC5" w:rsidRDefault="00114A51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VEGETABLE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087B0C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Sweetcorn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57F29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Broccoli florets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CC0EDA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Roasted glazed carrots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629B8E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Green beans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F69908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Green peas</w:t>
            </w:r>
          </w:p>
        </w:tc>
      </w:tr>
      <w:tr w:rsidR="00D16AC5" w14:paraId="58E7B4AD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D5C24" w14:textId="77777777" w:rsidR="00D16AC5" w:rsidRDefault="00114A51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DESSERT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4AD63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Fruit crumble</w:t>
            </w:r>
            <w:r>
              <w:br/>
            </w:r>
            <w:r>
              <w:rPr>
                <w:b/>
                <w:color w:val="D94836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FCA6C7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Semolina</w:t>
            </w:r>
            <w:r>
              <w:br/>
            </w:r>
            <w:r>
              <w:rPr>
                <w:b/>
                <w:color w:val="92B64F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6E4DB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Cookies</w:t>
            </w:r>
            <w:r>
              <w:br/>
            </w:r>
            <w:r>
              <w:rPr>
                <w:b/>
                <w:color w:val="1C9FC3"/>
                <w:sz w:val="16"/>
              </w:rPr>
              <w:t xml:space="preserve">(Gluten, Milk, Soya, </w:t>
            </w:r>
            <w:r>
              <w:rPr>
                <w:b/>
                <w:color w:val="1C9FC3"/>
                <w:sz w:val="16"/>
              </w:rPr>
              <w:t>Egg)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660C1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Yoghurt</w:t>
            </w:r>
            <w:r>
              <w:br/>
            </w:r>
            <w:r>
              <w:rPr>
                <w:b/>
                <w:color w:val="D45F91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4A929F" w14:textId="77777777" w:rsidR="00D16AC5" w:rsidRDefault="00114A51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Cake and custard</w:t>
            </w:r>
            <w:r>
              <w:br/>
            </w:r>
            <w:r>
              <w:rPr>
                <w:b/>
                <w:color w:val="EAAA0B"/>
                <w:sz w:val="16"/>
              </w:rPr>
              <w:t>(Egg, Milk)</w:t>
            </w:r>
          </w:p>
        </w:tc>
      </w:tr>
    </w:tbl>
    <w:p w14:paraId="4C0B45A9" w14:textId="77777777" w:rsidR="00D16AC5" w:rsidRDefault="00114A51">
      <w:pPr>
        <w:spacing w:after="0" w:line="120" w:lineRule="auto"/>
      </w:pPr>
      <w:r>
        <w:rPr>
          <w:sz w:val="6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4680"/>
        <w:gridCol w:w="4680"/>
      </w:tblGrid>
      <w:tr w:rsidR="00D16AC5" w14:paraId="1F122A3D" w14:textId="77777777">
        <w:trPr>
          <w:cantSplit/>
          <w:trHeight w:val="936"/>
        </w:trPr>
        <w:tc>
          <w:tcPr>
            <w:tcW w:w="5256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77C450D" w14:textId="77777777" w:rsidR="00D16AC5" w:rsidRDefault="00114A51">
            <w:pPr>
              <w:spacing w:after="40"/>
            </w:pPr>
            <w:r>
              <w:rPr>
                <w:b/>
                <w:color w:val="6B4393"/>
                <w:sz w:val="17"/>
              </w:rPr>
              <w:t>AVAILABLE EVERY DAY</w:t>
            </w:r>
          </w:p>
          <w:p w14:paraId="2571E9B4" w14:textId="77777777" w:rsidR="00D16AC5" w:rsidRDefault="00114A51">
            <w:pPr>
              <w:spacing w:after="0" w:line="240" w:lineRule="auto"/>
            </w:pPr>
            <w:r>
              <w:rPr>
                <w:color w:val="282332"/>
                <w:sz w:val="16"/>
              </w:rPr>
              <w:t>Freshly prepared salad  •  Chilled water  •  Fresh fruit</w:t>
            </w:r>
          </w:p>
        </w:tc>
        <w:tc>
          <w:tcPr>
            <w:tcW w:w="4680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7F5F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E1F5A09" w14:textId="77777777" w:rsidR="00D16AC5" w:rsidRDefault="00114A51">
            <w:pPr>
              <w:spacing w:after="40"/>
            </w:pPr>
            <w:r>
              <w:rPr>
                <w:b/>
                <w:color w:val="167F98"/>
                <w:sz w:val="17"/>
              </w:rPr>
              <w:t>GOOD TO KNOW</w:t>
            </w:r>
          </w:p>
          <w:p w14:paraId="33CDD53A" w14:textId="77777777" w:rsidR="00D16AC5" w:rsidRDefault="00114A51">
            <w:pPr>
              <w:spacing w:after="0" w:line="240" w:lineRule="auto"/>
            </w:pPr>
            <w:r>
              <w:rPr>
                <w:color w:val="282332"/>
                <w:sz w:val="16"/>
              </w:rPr>
              <w:t>All meat and poultry is halal. Sandwiches are available daily on request.</w:t>
            </w:r>
          </w:p>
        </w:tc>
        <w:tc>
          <w:tcPr>
            <w:tcW w:w="4680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4D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A79D042" w14:textId="77777777" w:rsidR="00D16AC5" w:rsidRDefault="00114A51">
            <w:pPr>
              <w:spacing w:after="40"/>
            </w:pPr>
            <w:r>
              <w:rPr>
                <w:b/>
                <w:color w:val="6B4393"/>
                <w:sz w:val="17"/>
              </w:rPr>
              <w:t>ALLERGY INFORMATION</w:t>
            </w:r>
          </w:p>
          <w:p w14:paraId="2E376B0A" w14:textId="77777777" w:rsidR="00D16AC5" w:rsidRDefault="00114A51">
            <w:pPr>
              <w:spacing w:after="0" w:line="240" w:lineRule="auto"/>
            </w:pPr>
            <w:r>
              <w:rPr>
                <w:color w:val="282332"/>
                <w:sz w:val="16"/>
              </w:rPr>
              <w:t xml:space="preserve">Allergens are </w:t>
            </w:r>
            <w:r>
              <w:rPr>
                <w:color w:val="282332"/>
                <w:sz w:val="16"/>
              </w:rPr>
              <w:t>shown in bold brackets. Please tell the school about any allergy or dietary requirement.</w:t>
            </w:r>
          </w:p>
        </w:tc>
      </w:tr>
    </w:tbl>
    <w:p w14:paraId="16EB2434" w14:textId="77777777" w:rsidR="00114A51" w:rsidRDefault="00114A51"/>
    <w:sectPr w:rsidR="00000000" w:rsidSect="00034616">
      <w:footerReference w:type="default" r:id="rId9"/>
      <w:pgSz w:w="15840" w:h="12240" w:orient="landscape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B4AB" w14:textId="77777777" w:rsidR="00114A51" w:rsidRDefault="00114A51">
      <w:pPr>
        <w:spacing w:after="0" w:line="240" w:lineRule="auto"/>
      </w:pPr>
      <w:r>
        <w:separator/>
      </w:r>
    </w:p>
  </w:endnote>
  <w:endnote w:type="continuationSeparator" w:id="0">
    <w:p w14:paraId="3FD79DEA" w14:textId="77777777" w:rsidR="00114A51" w:rsidRDefault="0011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E0A5E" w14:textId="77777777" w:rsidR="00D16AC5" w:rsidRDefault="00114A51">
    <w:pPr>
      <w:pStyle w:val="Footer"/>
      <w:spacing w:after="20"/>
      <w:jc w:val="center"/>
    </w:pPr>
    <w:r>
      <w:rPr>
        <w:color w:val="514B58"/>
        <w:sz w:val="15"/>
      </w:rPr>
      <w:t xml:space="preserve">The menu may change depending on deliveries.   •   </w:t>
    </w:r>
    <w:r>
      <w:rPr>
        <w:b/>
        <w:color w:val="6B4393"/>
        <w:sz w:val="17"/>
      </w:rPr>
      <w:t>Growing minds. Igniting dreams. Empowering futures.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B70E0" w14:textId="77777777" w:rsidR="00114A51" w:rsidRDefault="00114A51">
      <w:pPr>
        <w:spacing w:after="0" w:line="240" w:lineRule="auto"/>
      </w:pPr>
      <w:r>
        <w:separator/>
      </w:r>
    </w:p>
  </w:footnote>
  <w:footnote w:type="continuationSeparator" w:id="0">
    <w:p w14:paraId="5C0038D5" w14:textId="77777777" w:rsidR="00114A51" w:rsidRDefault="00114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2949343">
    <w:abstractNumId w:val="8"/>
  </w:num>
  <w:num w:numId="2" w16cid:durableId="290940210">
    <w:abstractNumId w:val="6"/>
  </w:num>
  <w:num w:numId="3" w16cid:durableId="1493447839">
    <w:abstractNumId w:val="5"/>
  </w:num>
  <w:num w:numId="4" w16cid:durableId="104034646">
    <w:abstractNumId w:val="4"/>
  </w:num>
  <w:num w:numId="5" w16cid:durableId="1287279286">
    <w:abstractNumId w:val="7"/>
  </w:num>
  <w:num w:numId="6" w16cid:durableId="1666202911">
    <w:abstractNumId w:val="3"/>
  </w:num>
  <w:num w:numId="7" w16cid:durableId="1646004189">
    <w:abstractNumId w:val="2"/>
  </w:num>
  <w:num w:numId="8" w16cid:durableId="334190175">
    <w:abstractNumId w:val="1"/>
  </w:num>
  <w:num w:numId="9" w16cid:durableId="56691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A51"/>
    <w:rsid w:val="0015074B"/>
    <w:rsid w:val="0029639D"/>
    <w:rsid w:val="00326F90"/>
    <w:rsid w:val="008C5765"/>
    <w:rsid w:val="00AA1D8D"/>
    <w:rsid w:val="00B47730"/>
    <w:rsid w:val="00CB0664"/>
    <w:rsid w:val="00D16A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ABF21"/>
  <w14:defaultImageDpi w14:val="300"/>
  <w15:docId w15:val="{ED17EAE7-FB34-41F2-9AF2-96A55990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entury Gothic" w:hAnsi="Century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Leopold Primary School Spring and Summer Menu 2026 Week Two</dc:title>
  <dc:subject>Landscape school lunch menu with allergen information</dc:subject>
  <dc:creator>Leopold Primary School</dc:creator>
  <cp:keywords/>
  <dc:description>generated by python-docx</dc:description>
  <cp:lastModifiedBy>Theresa Landreth</cp:lastModifiedBy>
  <cp:revision>2</cp:revision>
  <dcterms:created xsi:type="dcterms:W3CDTF">2026-09-20T12:55:00Z</dcterms:created>
  <dcterms:modified xsi:type="dcterms:W3CDTF">2026-09-20T12:55:00Z</dcterms:modified>
  <cp:category/>
</cp:coreProperties>
</file>