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12278"/>
      </w:tblGrid>
      <w:tr w:rsidR="003819E0" w14:paraId="171EBB21" w14:textId="77777777" w:rsidTr="00F15AF9">
        <w:trPr>
          <w:cantSplit/>
          <w:trHeight w:val="1181"/>
        </w:trPr>
        <w:tc>
          <w:tcPr>
            <w:tcW w:w="241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52F60" w14:textId="77777777" w:rsidR="003819E0" w:rsidRDefault="00F15AF9">
            <w:pPr>
              <w:spacing w:after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B104AFF" wp14:editId="3207CEF4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-3810</wp:posOffset>
                  </wp:positionV>
                  <wp:extent cx="584835" cy="784860"/>
                  <wp:effectExtent l="0" t="0" r="571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opold Primary School Logo White background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27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73D82" w14:textId="51C99D00" w:rsidR="003819E0" w:rsidRDefault="00F15AF9">
            <w:pPr>
              <w:spacing w:after="0"/>
            </w:pPr>
            <w:r>
              <w:rPr>
                <w:b/>
                <w:color w:val="000000"/>
                <w:sz w:val="44"/>
              </w:rPr>
              <w:t>Autumn</w:t>
            </w:r>
            <w:r>
              <w:rPr>
                <w:b/>
                <w:color w:val="000000"/>
                <w:sz w:val="44"/>
              </w:rPr>
              <w:t xml:space="preserve"> Menu 2026</w:t>
            </w:r>
          </w:p>
          <w:p w14:paraId="1ECF7095" w14:textId="77777777" w:rsidR="003819E0" w:rsidRDefault="00F15AF9">
            <w:pPr>
              <w:spacing w:before="20" w:after="0"/>
            </w:pPr>
            <w:r>
              <w:rPr>
                <w:b/>
                <w:color w:val="6B4393"/>
                <w:sz w:val="26"/>
              </w:rPr>
              <w:t>WEEK THREE</w:t>
            </w:r>
          </w:p>
        </w:tc>
      </w:tr>
    </w:tbl>
    <w:p w14:paraId="10FDA0E8" w14:textId="77777777" w:rsidR="003819E0" w:rsidRDefault="00F15AF9">
      <w:pPr>
        <w:spacing w:after="100"/>
        <w:jc w:val="center"/>
      </w:pPr>
      <w:r>
        <w:rPr>
          <w:color w:val="282332"/>
          <w:sz w:val="19"/>
        </w:rPr>
        <w:t>Fresh, balanced lunches served throughout the school week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  <w:gridCol w:w="2448"/>
        <w:gridCol w:w="2448"/>
      </w:tblGrid>
      <w:tr w:rsidR="003819E0" w14:paraId="00255CFB" w14:textId="77777777">
        <w:trPr>
          <w:cantSplit/>
          <w:trHeight w:val="691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6B439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12956F" w14:textId="77777777" w:rsidR="003819E0" w:rsidRDefault="00F15AF9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MENU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D9483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FBA327" w14:textId="77777777" w:rsidR="003819E0" w:rsidRDefault="00F15AF9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MONDAY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92B64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AF1BA8" w14:textId="77777777" w:rsidR="003819E0" w:rsidRDefault="00F15AF9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TUESDAY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1C9FC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4EC0D" w14:textId="77777777" w:rsidR="003819E0" w:rsidRDefault="00F15AF9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18"/>
              </w:rPr>
              <w:t>WING</w:t>
            </w:r>
            <w:r>
              <w:rPr>
                <w:b/>
                <w:color w:val="FFFFFF"/>
                <w:sz w:val="18"/>
              </w:rPr>
              <w:br/>
              <w:t>WEDNESDAY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D45F91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07767" w14:textId="77777777" w:rsidR="003819E0" w:rsidRDefault="00F15AF9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THURSDAY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AAA0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118B9A" w14:textId="77777777" w:rsidR="003819E0" w:rsidRDefault="00F15AF9">
            <w:pPr>
              <w:spacing w:after="0" w:line="228" w:lineRule="auto"/>
              <w:jc w:val="center"/>
            </w:pPr>
            <w:r>
              <w:rPr>
                <w:b/>
                <w:color w:val="FFFFFF"/>
                <w:sz w:val="20"/>
              </w:rPr>
              <w:t>FRIDAY</w:t>
            </w:r>
          </w:p>
        </w:tc>
      </w:tr>
      <w:tr w:rsidR="003819E0" w14:paraId="19CA211E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6CA7FB" w14:textId="77777777" w:rsidR="003819E0" w:rsidRDefault="00F15AF9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MAIN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514C3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Chicken hotdog</w:t>
            </w:r>
            <w:r>
              <w:br/>
            </w:r>
            <w:r>
              <w:rPr>
                <w:b/>
                <w:color w:val="D94836"/>
                <w:sz w:val="16"/>
              </w:rPr>
              <w:t>(Gluten, Soya)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AA5720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Chicken Alfredo</w:t>
            </w:r>
            <w:r>
              <w:br/>
            </w:r>
            <w:r>
              <w:rPr>
                <w:b/>
                <w:color w:val="92B64F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DD621C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BBQ jerk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098CD5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Lamb lasagne</w:t>
            </w:r>
            <w:r>
              <w:br/>
            </w:r>
            <w:r>
              <w:rPr>
                <w:b/>
                <w:color w:val="D45F91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6CBE37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 xml:space="preserve">Battered </w:t>
            </w:r>
            <w:r>
              <w:rPr>
                <w:b/>
                <w:color w:val="282332"/>
                <w:sz w:val="17"/>
              </w:rPr>
              <w:t>fish</w:t>
            </w:r>
            <w:r>
              <w:br/>
            </w:r>
            <w:r>
              <w:rPr>
                <w:b/>
                <w:color w:val="EAAA0B"/>
                <w:sz w:val="16"/>
              </w:rPr>
              <w:t>(Gluten, Fish)</w:t>
            </w:r>
          </w:p>
        </w:tc>
      </w:tr>
      <w:tr w:rsidR="003819E0" w14:paraId="4F0DDD7D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54D44" w14:textId="77777777" w:rsidR="003819E0" w:rsidRDefault="00F15AF9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VEGETARIAN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5233F3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Vegan mince burrito</w:t>
            </w:r>
            <w:r>
              <w:br/>
            </w:r>
            <w:r>
              <w:rPr>
                <w:b/>
                <w:color w:val="D94836"/>
                <w:sz w:val="16"/>
              </w:rPr>
              <w:t>(Soya)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9FA9B3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Teriyaki oriental vegetables</w:t>
            </w:r>
            <w:r>
              <w:br/>
            </w:r>
            <w:r>
              <w:rPr>
                <w:b/>
                <w:color w:val="92B64F"/>
                <w:sz w:val="16"/>
              </w:rPr>
              <w:t>(Gluten, Soya)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E093F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Coconut vegetable curry</w:t>
            </w:r>
            <w:r>
              <w:br/>
            </w:r>
            <w:r>
              <w:rPr>
                <w:b/>
                <w:color w:val="1C9FC3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F5B232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Macaroni or jacket potato</w:t>
            </w:r>
            <w:r>
              <w:br/>
            </w:r>
            <w:r>
              <w:rPr>
                <w:b/>
                <w:color w:val="D45F91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1E8D3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Breaded nuggets</w:t>
            </w:r>
          </w:p>
        </w:tc>
      </w:tr>
      <w:tr w:rsidR="003819E0" w14:paraId="7A2A42FB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F6E165" w14:textId="77777777" w:rsidR="003819E0" w:rsidRDefault="00F15AF9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SIDE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31C97D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Wedges, tortilla and baked beans</w:t>
            </w:r>
            <w:r>
              <w:br/>
            </w:r>
            <w:r>
              <w:rPr>
                <w:b/>
                <w:color w:val="D94836"/>
                <w:sz w:val="16"/>
              </w:rPr>
              <w:t>(Gluten)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0BAC89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 xml:space="preserve">Pasta, rice and </w:t>
            </w:r>
            <w:r>
              <w:rPr>
                <w:b/>
                <w:color w:val="282332"/>
                <w:sz w:val="17"/>
              </w:rPr>
              <w:t>crusty bread</w:t>
            </w:r>
            <w:r>
              <w:br/>
            </w:r>
            <w:r>
              <w:rPr>
                <w:b/>
                <w:color w:val="92B64F"/>
                <w:sz w:val="16"/>
              </w:rPr>
              <w:t>(Gluten)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E6BB5E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Rice and peas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ED671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Garlic bread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65B054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Chips</w:t>
            </w:r>
          </w:p>
        </w:tc>
      </w:tr>
      <w:tr w:rsidR="003819E0" w14:paraId="42B84FB8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58876D" w14:textId="77777777" w:rsidR="003819E0" w:rsidRDefault="00F15AF9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VEGETABLE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503E55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Sweetcorn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425A2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Green beans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D4A120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Steamed cabbage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362A68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Carrots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5B332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Green peas</w:t>
            </w:r>
          </w:p>
        </w:tc>
      </w:tr>
      <w:tr w:rsidR="003819E0" w14:paraId="11693AEB" w14:textId="77777777">
        <w:trPr>
          <w:cantSplit/>
          <w:trHeight w:val="907"/>
        </w:trPr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7156B" w14:textId="77777777" w:rsidR="003819E0" w:rsidRDefault="00F15AF9">
            <w:pPr>
              <w:spacing w:after="0"/>
              <w:jc w:val="center"/>
            </w:pPr>
            <w:r>
              <w:rPr>
                <w:b/>
                <w:color w:val="6B4393"/>
                <w:sz w:val="17"/>
              </w:rPr>
              <w:t>DESSERT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5D7FF6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Fruit crumble</w:t>
            </w:r>
            <w:r>
              <w:br/>
            </w:r>
            <w:r>
              <w:rPr>
                <w:b/>
                <w:color w:val="D94836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2F541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Yoghurt</w:t>
            </w:r>
            <w:r>
              <w:br/>
            </w:r>
            <w:r>
              <w:rPr>
                <w:b/>
                <w:color w:val="92B64F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87A63C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Cookies</w:t>
            </w:r>
            <w:r>
              <w:br/>
            </w:r>
            <w:r>
              <w:rPr>
                <w:b/>
                <w:color w:val="1C9FC3"/>
                <w:sz w:val="16"/>
              </w:rPr>
              <w:t>(Gluten, Milk, Soya, Egg)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015405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Yoghurt</w:t>
            </w:r>
            <w:r>
              <w:br/>
            </w:r>
            <w:r>
              <w:rPr>
                <w:b/>
                <w:color w:val="D45F91"/>
                <w:sz w:val="16"/>
              </w:rPr>
              <w:t>(Milk)</w:t>
            </w:r>
          </w:p>
        </w:tc>
        <w:tc>
          <w:tcPr>
            <w:tcW w:w="2448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A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00FFFD" w14:textId="77777777" w:rsidR="003819E0" w:rsidRDefault="00F15AF9">
            <w:pPr>
              <w:spacing w:after="0" w:line="240" w:lineRule="auto"/>
              <w:jc w:val="center"/>
            </w:pPr>
            <w:r>
              <w:rPr>
                <w:b/>
                <w:color w:val="282332"/>
                <w:sz w:val="17"/>
              </w:rPr>
              <w:t>Cake and custard</w:t>
            </w:r>
            <w:r>
              <w:br/>
            </w:r>
            <w:r>
              <w:rPr>
                <w:b/>
                <w:color w:val="EAAA0B"/>
                <w:sz w:val="16"/>
              </w:rPr>
              <w:t>(Egg, Milk)</w:t>
            </w:r>
          </w:p>
        </w:tc>
      </w:tr>
    </w:tbl>
    <w:p w14:paraId="0D061115" w14:textId="77777777" w:rsidR="003819E0" w:rsidRDefault="00F15AF9">
      <w:pPr>
        <w:spacing w:after="0" w:line="120" w:lineRule="auto"/>
      </w:pPr>
      <w:r>
        <w:rPr>
          <w:sz w:val="6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4680"/>
        <w:gridCol w:w="4680"/>
      </w:tblGrid>
      <w:tr w:rsidR="003819E0" w14:paraId="1C7D4372" w14:textId="77777777">
        <w:trPr>
          <w:cantSplit/>
          <w:trHeight w:val="936"/>
        </w:trPr>
        <w:tc>
          <w:tcPr>
            <w:tcW w:w="5256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EE8F4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CC9FF96" w14:textId="77777777" w:rsidR="003819E0" w:rsidRDefault="00F15AF9">
            <w:pPr>
              <w:spacing w:after="40"/>
            </w:pPr>
            <w:r>
              <w:rPr>
                <w:b/>
                <w:color w:val="6B4393"/>
                <w:sz w:val="17"/>
              </w:rPr>
              <w:t>AVAILABLE EVERY DAY</w:t>
            </w:r>
          </w:p>
          <w:p w14:paraId="2C5EF6BC" w14:textId="77777777" w:rsidR="003819E0" w:rsidRDefault="00F15AF9">
            <w:pPr>
              <w:spacing w:after="0" w:line="240" w:lineRule="auto"/>
            </w:pPr>
            <w:r>
              <w:rPr>
                <w:color w:val="282332"/>
                <w:sz w:val="16"/>
              </w:rPr>
              <w:t>Freshly prepared salad  •  Chilled water  •  Fresh fruit</w:t>
            </w:r>
          </w:p>
        </w:tc>
        <w:tc>
          <w:tcPr>
            <w:tcW w:w="4680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E7F5F8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22C4A96" w14:textId="77777777" w:rsidR="003819E0" w:rsidRDefault="00F15AF9">
            <w:pPr>
              <w:spacing w:after="40"/>
            </w:pPr>
            <w:r>
              <w:rPr>
                <w:b/>
                <w:color w:val="167F98"/>
                <w:sz w:val="17"/>
              </w:rPr>
              <w:t>GOOD TO KNOW</w:t>
            </w:r>
          </w:p>
          <w:p w14:paraId="0836307E" w14:textId="77777777" w:rsidR="003819E0" w:rsidRDefault="00F15AF9">
            <w:pPr>
              <w:spacing w:after="0" w:line="240" w:lineRule="auto"/>
            </w:pPr>
            <w:r>
              <w:rPr>
                <w:color w:val="282332"/>
                <w:sz w:val="16"/>
              </w:rPr>
              <w:t>All meat and poultry is halal. Sandwiches are available daily on request.</w:t>
            </w:r>
          </w:p>
        </w:tc>
        <w:tc>
          <w:tcPr>
            <w:tcW w:w="4680" w:type="dxa"/>
            <w:tcBorders>
              <w:top w:val="single" w:sz="7" w:space="0" w:color="D9D5DE"/>
              <w:left w:val="single" w:sz="7" w:space="0" w:color="D9D5DE"/>
              <w:bottom w:val="single" w:sz="7" w:space="0" w:color="D9D5DE"/>
              <w:right w:val="single" w:sz="7" w:space="0" w:color="D9D5DE"/>
            </w:tcBorders>
            <w:shd w:val="clear" w:color="auto" w:fill="FFF4D8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1EEF6A4" w14:textId="77777777" w:rsidR="003819E0" w:rsidRDefault="00F15AF9">
            <w:pPr>
              <w:spacing w:after="40"/>
            </w:pPr>
            <w:r>
              <w:rPr>
                <w:b/>
                <w:color w:val="6B4393"/>
                <w:sz w:val="17"/>
              </w:rPr>
              <w:t>ALLERGY INFORMATION</w:t>
            </w:r>
          </w:p>
          <w:p w14:paraId="6778B323" w14:textId="77777777" w:rsidR="003819E0" w:rsidRDefault="00F15AF9">
            <w:pPr>
              <w:spacing w:after="0" w:line="240" w:lineRule="auto"/>
            </w:pPr>
            <w:r>
              <w:rPr>
                <w:color w:val="282332"/>
                <w:sz w:val="16"/>
              </w:rPr>
              <w:t>Allergens are shown in bold brackets. Please tell the school about any allergy or dietary requirement.</w:t>
            </w:r>
          </w:p>
        </w:tc>
      </w:tr>
    </w:tbl>
    <w:p w14:paraId="0C913E50" w14:textId="77777777" w:rsidR="00F15AF9" w:rsidRDefault="00F15AF9"/>
    <w:sectPr w:rsidR="00000000" w:rsidSect="00034616">
      <w:footerReference w:type="default" r:id="rId9"/>
      <w:pgSz w:w="15840" w:h="12240" w:orient="landscape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53358" w14:textId="77777777" w:rsidR="00F15AF9" w:rsidRDefault="00F15AF9">
      <w:pPr>
        <w:spacing w:after="0" w:line="240" w:lineRule="auto"/>
      </w:pPr>
      <w:r>
        <w:separator/>
      </w:r>
    </w:p>
  </w:endnote>
  <w:endnote w:type="continuationSeparator" w:id="0">
    <w:p w14:paraId="55B3C45B" w14:textId="77777777" w:rsidR="00F15AF9" w:rsidRDefault="00F1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2596A" w14:textId="77777777" w:rsidR="003819E0" w:rsidRDefault="00F15AF9">
    <w:pPr>
      <w:pStyle w:val="Footer"/>
      <w:spacing w:after="20"/>
      <w:jc w:val="center"/>
    </w:pPr>
    <w:r>
      <w:rPr>
        <w:color w:val="514B58"/>
        <w:sz w:val="15"/>
      </w:rPr>
      <w:t xml:space="preserve">The menu may change depending on deliveries.   •   </w:t>
    </w:r>
    <w:r>
      <w:rPr>
        <w:b/>
        <w:color w:val="6B4393"/>
        <w:sz w:val="17"/>
      </w:rPr>
      <w:t>Growing minds. Igniting dreams. Empowering futures.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9A3CE" w14:textId="77777777" w:rsidR="00F15AF9" w:rsidRDefault="00F15AF9">
      <w:pPr>
        <w:spacing w:after="0" w:line="240" w:lineRule="auto"/>
      </w:pPr>
      <w:r>
        <w:separator/>
      </w:r>
    </w:p>
  </w:footnote>
  <w:footnote w:type="continuationSeparator" w:id="0">
    <w:p w14:paraId="20D1F801" w14:textId="77777777" w:rsidR="00F15AF9" w:rsidRDefault="00F15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6715342">
    <w:abstractNumId w:val="8"/>
  </w:num>
  <w:num w:numId="2" w16cid:durableId="618101989">
    <w:abstractNumId w:val="6"/>
  </w:num>
  <w:num w:numId="3" w16cid:durableId="1373193670">
    <w:abstractNumId w:val="5"/>
  </w:num>
  <w:num w:numId="4" w16cid:durableId="767966306">
    <w:abstractNumId w:val="4"/>
  </w:num>
  <w:num w:numId="5" w16cid:durableId="281572804">
    <w:abstractNumId w:val="7"/>
  </w:num>
  <w:num w:numId="6" w16cid:durableId="613632467">
    <w:abstractNumId w:val="3"/>
  </w:num>
  <w:num w:numId="7" w16cid:durableId="1497842266">
    <w:abstractNumId w:val="2"/>
  </w:num>
  <w:num w:numId="8" w16cid:durableId="1961303605">
    <w:abstractNumId w:val="1"/>
  </w:num>
  <w:num w:numId="9" w16cid:durableId="176568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19E0"/>
    <w:rsid w:val="008C5765"/>
    <w:rsid w:val="00AA1D8D"/>
    <w:rsid w:val="00B47730"/>
    <w:rsid w:val="00CB0664"/>
    <w:rsid w:val="00F15A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06ACAA"/>
  <w14:defaultImageDpi w14:val="300"/>
  <w15:docId w15:val="{ED17EAE7-FB34-41F2-9AF2-96A55990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entury Gothic" w:hAnsi="Century 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Leopold Primary School Spring and Summer Menu 2026 Week Three</dc:title>
  <dc:subject>Landscape school lunch menu with allergen information</dc:subject>
  <dc:creator>Leopold Primary School</dc:creator>
  <cp:keywords/>
  <dc:description>generated by python-docx</dc:description>
  <cp:lastModifiedBy>Theresa Landreth</cp:lastModifiedBy>
  <cp:revision>2</cp:revision>
  <dcterms:created xsi:type="dcterms:W3CDTF">2026-09-20T13:05:00Z</dcterms:created>
  <dcterms:modified xsi:type="dcterms:W3CDTF">2026-09-20T13:05:00Z</dcterms:modified>
  <cp:category/>
</cp:coreProperties>
</file>